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 w:before="0" w:after="240"/>
      </w:pPr>
    </w:p>
    <w:p>
      <w:pPr>
        <w:tabs>
          <w:tab w:val="clear" w:pos="4680"/>
          <w:tab w:val="clear" w:pos="9360"/>
          <w:tab w:val="right" w:pos="9412"/>
        </w:tabs>
        <w:spacing w:line="336" w:lineRule="auto" w:before="0" w:after="0"/>
      </w:pPr>
      <w:r>
        <w:rPr>
          <w:rFonts w:ascii="Montserrat" w:hAnsi="Montserrat" w:cs="Montserrat" w:eastAsia="Montserrat"/>
          <w:b w:val="0"/>
          <w:color w:val="162447"/>
          <w:sz w:val="22"/>
        </w:rPr>
        <w:t>[Voorletters Achternaam]</w:t>
      </w:r>
      <w:r>
        <w:tab/>
      </w:r>
      <w:r>
        <w:rPr>
          <w:rFonts w:ascii="Montserrat" w:hAnsi="Montserrat" w:cs="Montserrat" w:eastAsia="Montserrat"/>
          <w:b w:val="0"/>
          <w:color w:val="5E6474"/>
          <w:sz w:val="20"/>
        </w:rPr>
        <w:t>Rotterdam, [datum]</w:t>
      </w:r>
    </w:p>
    <w:p>
      <w:pPr>
        <w:spacing w:line="336" w:lineRule="auto" w:before="0" w:after="0"/>
      </w:pPr>
      <w:r>
        <w:rPr>
          <w:rFonts w:ascii="Montserrat" w:hAnsi="Montserrat" w:cs="Montserrat" w:eastAsia="Montserrat"/>
          <w:b w:val="0"/>
          <w:color w:val="162447"/>
          <w:sz w:val="22"/>
        </w:rPr>
        <w:t>[Straat Huisnummer]</w:t>
      </w:r>
    </w:p>
    <w:p>
      <w:pPr>
        <w:spacing w:line="336" w:lineRule="auto" w:before="0" w:after="360"/>
      </w:pPr>
      <w:r>
        <w:rPr>
          <w:rFonts w:ascii="Montserrat" w:hAnsi="Montserrat" w:cs="Montserrat" w:eastAsia="Montserrat"/>
          <w:b w:val="0"/>
          <w:color w:val="162447"/>
          <w:sz w:val="22"/>
        </w:rPr>
        <w:t>[Postcode  PLAATS]</w:t>
      </w:r>
    </w:p>
    <w:p>
      <w:pPr>
        <w:spacing w:line="336" w:lineRule="auto" w:before="240" w:after="240"/>
      </w:pPr>
      <w:r>
        <w:rPr>
          <w:rFonts w:ascii="Montserrat" w:hAnsi="Montserrat" w:cs="Montserrat" w:eastAsia="Montserrat"/>
          <w:b/>
          <w:color w:val="162447"/>
          <w:sz w:val="22"/>
        </w:rPr>
        <w:t xml:space="preserve">Betreft: </w:t>
      </w:r>
      <w:r>
        <w:rPr>
          <w:rFonts w:ascii="Montserrat" w:hAnsi="Montserrat" w:cs="Montserrat" w:eastAsia="Montserrat"/>
          <w:b w:val="0"/>
          <w:color w:val="162447"/>
          <w:sz w:val="22"/>
        </w:rPr>
        <w:t>[onderwerp]</w:t>
      </w:r>
    </w:p>
    <w:p>
      <w:pPr>
        <w:spacing w:line="384" w:lineRule="auto" w:before="0" w:after="200"/>
      </w:pPr>
      <w:r>
        <w:rPr>
          <w:rFonts w:ascii="Montserrat" w:hAnsi="Montserrat" w:cs="Montserrat" w:eastAsia="Montserrat"/>
          <w:b w:val="0"/>
          <w:color w:val="4B505C"/>
          <w:sz w:val="22"/>
        </w:rPr>
        <w:t>Beste heer [naam],</w:t>
      </w:r>
    </w:p>
    <w:p>
      <w:pPr>
        <w:spacing w:line="288" w:lineRule="auto" w:before="200" w:after="80"/>
      </w:pPr>
      <w:r>
        <w:rPr>
          <w:rFonts w:ascii="Montserrat" w:hAnsi="Montserrat" w:cs="Montserrat" w:eastAsia="Montserrat"/>
          <w:b/>
          <w:color w:val="162447"/>
          <w:sz w:val="22"/>
        </w:rPr>
        <w:t>[Tussenkop]</w:t>
      </w:r>
    </w:p>
    <w:p>
      <w:pPr>
        <w:spacing w:line="384" w:lineRule="auto" w:before="0" w:after="200"/>
      </w:pPr>
      <w:r>
        <w:rPr>
          <w:rFonts w:ascii="Montserrat" w:hAnsi="Montserrat" w:cs="Montserrat" w:eastAsia="Montserrat"/>
          <w:b w:val="0"/>
          <w:color w:val="4B505C"/>
          <w:sz w:val="21"/>
        </w:rPr>
        <w:t>[Hier komt uw tekst. Houd de toon ingetogen en zakelijk; broodtekst is Montserrat 10,5 pt regular in donkergrijs, regelafstand 1,6.]</w:t>
      </w:r>
    </w:p>
    <w:p>
      <w:pPr>
        <w:spacing w:line="384" w:lineRule="auto" w:before="240" w:after="0"/>
      </w:pPr>
    </w:p>
    <w:p>
      <w:pPr>
        <w:spacing w:line="384" w:lineRule="auto" w:before="0" w:after="480"/>
      </w:pPr>
      <w:r>
        <w:rPr>
          <w:rFonts w:ascii="Montserrat" w:hAnsi="Montserrat" w:cs="Montserrat" w:eastAsia="Montserrat"/>
          <w:b w:val="0"/>
          <w:color w:val="4B505C"/>
          <w:sz w:val="22"/>
        </w:rPr>
        <w:t>Met vriendelijke groet,</w:t>
      </w:r>
    </w:p>
    <w:p>
      <w:pPr>
        <w:spacing w:line="312" w:lineRule="auto" w:before="0" w:after="0"/>
      </w:pPr>
      <w:r>
        <w:rPr>
          <w:rFonts w:ascii="Montserrat" w:hAnsi="Montserrat" w:cs="Montserrat" w:eastAsia="Montserrat"/>
          <w:b/>
          <w:color w:val="162447"/>
          <w:sz w:val="22"/>
        </w:rPr>
        <w:t>Dax Ravestein</w:t>
      </w:r>
    </w:p>
    <w:p>
      <w:pPr>
        <w:spacing w:line="312" w:lineRule="auto" w:before="0" w:after="0"/>
      </w:pPr>
      <w:r>
        <w:rPr>
          <w:rFonts w:ascii="Montserrat" w:hAnsi="Montserrat" w:cs="Montserrat" w:eastAsia="Montserrat"/>
          <w:b w:val="0"/>
          <w:color w:val="5E6474"/>
          <w:sz w:val="20"/>
        </w:rPr>
        <w:t>Directeur en oprichter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28" w:right="1247" w:bottom="1814" w:left="1247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8" w:color="E8E4E0"/>
      </w:pBdr>
      <w:spacing w:line="240" w:lineRule="auto" w:before="80" w:after="80"/>
    </w:pPr>
    <w:r>
      <w:t xml:space="preserve"> </w:t>
    </w:r>
  </w:p>
  <w:tbl>
    <w:tblPr>
      <w:tblW w:type="auto" w:w="0"/>
      <w:tblLayout w:type="fixed"/>
      <w:tblLook w:firstColumn="1" w:firstRow="1" w:lastColumn="0" w:lastRow="0" w:noHBand="0" w:noVBand="1" w:val="04A0"/>
    </w:tblPr>
    <w:tblGrid>
      <w:gridCol w:w="3005"/>
      <w:gridCol w:w="3005"/>
      <w:gridCol w:w="2835"/>
      <w:gridCol w:w="567"/>
    </w:tblGrid>
    <w:tr>
      <w:tc>
        <w:tcPr>
          <w:tcW w:type="dxa" w:w="3005"/>
          <w:vAlign w:val="top"/>
        </w:tcPr>
        <w:p>
          <w:pPr>
            <w:spacing w:line="312" w:lineRule="auto" w:before="0" w:after="40"/>
          </w:pPr>
          <w:r/>
          <w:r>
            <w:rPr>
              <w:rFonts w:ascii="Montserrat" w:hAnsi="Montserrat" w:cs="Montserrat" w:eastAsia="Montserrat"/>
              <w:b/>
              <w:caps/>
              <w:color w:val="2A3F72"/>
              <w:sz w:val="16"/>
              <w:spacing w:val="18"/>
            </w:rPr>
            <w:t>Adres</w:t>
          </w:r>
        </w:p>
        <w:p>
          <w:pPr>
            <w:spacing w:line="336" w:lineRule="auto" w:before="0" w:after="0"/>
          </w:pPr>
          <w:r>
            <w:rPr>
              <w:rFonts w:ascii="Montserrat" w:hAnsi="Montserrat" w:cs="Montserrat" w:eastAsia="Montserrat"/>
              <w:b w:val="0"/>
              <w:color w:val="5E6474"/>
              <w:sz w:val="16"/>
            </w:rPr>
            <w:t>Schiekade 189</w:t>
          </w:r>
        </w:p>
        <w:p>
          <w:pPr>
            <w:spacing w:line="336" w:lineRule="auto" w:before="0" w:after="0"/>
          </w:pPr>
          <w:r>
            <w:rPr>
              <w:rFonts w:ascii="Montserrat" w:hAnsi="Montserrat" w:cs="Montserrat" w:eastAsia="Montserrat"/>
              <w:b w:val="0"/>
              <w:color w:val="5E6474"/>
              <w:sz w:val="16"/>
            </w:rPr>
            <w:t>3013 BR Rotterdam</w:t>
          </w:r>
        </w:p>
      </w:tc>
      <w:tc>
        <w:tcPr>
          <w:tcW w:type="dxa" w:w="3005"/>
          <w:vAlign w:val="top"/>
        </w:tcPr>
        <w:p>
          <w:pPr>
            <w:spacing w:line="312" w:lineRule="auto" w:before="0" w:after="40"/>
          </w:pPr>
          <w:r/>
          <w:r>
            <w:rPr>
              <w:rFonts w:ascii="Montserrat" w:hAnsi="Montserrat" w:cs="Montserrat" w:eastAsia="Montserrat"/>
              <w:b/>
              <w:caps/>
              <w:color w:val="2A3F72"/>
              <w:sz w:val="16"/>
              <w:spacing w:val="18"/>
            </w:rPr>
            <w:t>Contact</w:t>
          </w:r>
        </w:p>
        <w:p>
          <w:pPr>
            <w:spacing w:line="336" w:lineRule="auto" w:before="0" w:after="0"/>
          </w:pPr>
          <w:r>
            <w:rPr>
              <w:rFonts w:ascii="Montserrat" w:hAnsi="Montserrat" w:cs="Montserrat" w:eastAsia="Montserrat"/>
              <w:b w:val="0"/>
              <w:color w:val="5E6474"/>
              <w:sz w:val="16"/>
            </w:rPr>
            <w:t>085 060 1823</w:t>
          </w:r>
        </w:p>
        <w:p>
          <w:pPr>
            <w:spacing w:line="336" w:lineRule="auto" w:before="0" w:after="0"/>
          </w:pPr>
          <w:r>
            <w:rPr>
              <w:rFonts w:ascii="Montserrat" w:hAnsi="Montserrat" w:cs="Montserrat" w:eastAsia="Montserrat"/>
              <w:b w:val="0"/>
              <w:color w:val="5E6474"/>
              <w:sz w:val="16"/>
            </w:rPr>
            <w:t>Welkom@OranjeSteen.nl</w:t>
          </w:r>
        </w:p>
      </w:tc>
      <w:tc>
        <w:tcPr>
          <w:tcW w:type="dxa" w:w="2835"/>
          <w:vAlign w:val="top"/>
        </w:tcPr>
        <w:p>
          <w:pPr>
            <w:spacing w:line="312" w:lineRule="auto" w:before="0" w:after="40"/>
          </w:pPr>
          <w:r/>
          <w:r>
            <w:rPr>
              <w:rFonts w:ascii="Montserrat" w:hAnsi="Montserrat" w:cs="Montserrat" w:eastAsia="Montserrat"/>
              <w:b/>
              <w:caps/>
              <w:color w:val="2A3F72"/>
              <w:sz w:val="16"/>
              <w:spacing w:val="18"/>
            </w:rPr>
            <w:t>Administratie</w:t>
          </w:r>
        </w:p>
        <w:p>
          <w:pPr>
            <w:spacing w:line="336" w:lineRule="auto" w:before="0" w:after="0"/>
          </w:pPr>
          <w:r>
            <w:rPr>
              <w:rFonts w:ascii="Montserrat" w:hAnsi="Montserrat" w:cs="Montserrat" w:eastAsia="Montserrat"/>
              <w:b w:val="0"/>
              <w:color w:val="5E6474"/>
              <w:sz w:val="16"/>
            </w:rPr>
            <w:t>oranjesteen.nl</w:t>
          </w:r>
        </w:p>
        <w:p>
          <w:pPr>
            <w:spacing w:line="336" w:lineRule="auto" w:before="0" w:after="0"/>
          </w:pPr>
          <w:r>
            <w:rPr>
              <w:rFonts w:ascii="Montserrat" w:hAnsi="Montserrat" w:cs="Montserrat" w:eastAsia="Montserrat"/>
              <w:b w:val="0"/>
              <w:color w:val="5E6474"/>
              <w:sz w:val="16"/>
            </w:rPr>
            <w:t>KvK [nummer]</w:t>
          </w:r>
        </w:p>
        <w:p>
          <w:pPr>
            <w:spacing w:line="336" w:lineRule="auto" w:before="0" w:after="0"/>
          </w:pPr>
          <w:r>
            <w:rPr>
              <w:rFonts w:ascii="Montserrat" w:hAnsi="Montserrat" w:cs="Montserrat" w:eastAsia="Montserrat"/>
              <w:b w:val="0"/>
              <w:color w:val="5E6474"/>
              <w:sz w:val="16"/>
            </w:rPr>
            <w:t>IBAN [nummer]</w:t>
          </w:r>
        </w:p>
      </w:tc>
      <w:tc>
        <w:tcPr>
          <w:tcW w:type="dxa" w:w="567"/>
          <w:vAlign w:val="top"/>
        </w:tcPr>
        <w:p>
          <w:pPr>
            <w:jc w:val="right"/>
            <w:spacing w:line="240" w:lineRule="auto" w:before="0" w:after="0"/>
          </w:pPr>
          <w:r>
            <w:drawing>
              <wp:inline xmlns:a="http://schemas.openxmlformats.org/drawingml/2006/main" xmlns:pic="http://schemas.openxmlformats.org/drawingml/2006/picture">
                <wp:extent cx="216000" cy="21542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merk-datapunt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6000" cy="21542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  <w:pBdr>
        <w:top w:val="single" w:sz="12" w:space="8" w:color="162447"/>
      </w:pBdr>
      <w:tabs>
        <w:tab w:val="clear" w:pos="4680"/>
        <w:tab w:val="clear" w:pos="9360"/>
        <w:tab w:val="right" w:pos="9412"/>
      </w:tabs>
      <w:spacing w:line="276" w:lineRule="auto" w:before="0" w:after="40"/>
    </w:pPr>
    <w:r>
      <w:drawing>
        <wp:inline xmlns:a="http://schemas.openxmlformats.org/drawingml/2006/main" xmlns:pic="http://schemas.openxmlformats.org/drawingml/2006/picture">
          <wp:extent cx="1980000" cy="328092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wordmark-navy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80000" cy="328092"/>
                  </a:xfrm>
                  <a:prstGeom prst="rect"/>
                </pic:spPr>
              </pic:pic>
            </a:graphicData>
          </a:graphic>
        </wp:inline>
      </w:drawing>
    </w:r>
    <w:r>
      <w:tab/>
    </w:r>
    <w:r>
      <w:rPr>
        <w:rFonts w:ascii="Montserrat" w:hAnsi="Montserrat" w:cs="Montserrat" w:eastAsia="Montserrat"/>
        <w:b/>
        <w:caps/>
        <w:color w:val="2A3F72"/>
        <w:sz w:val="14"/>
        <w:spacing w:val="22"/>
      </w:rPr>
      <w:t>Initiatief in Projectontwikkeling</w:t>
    </w:r>
  </w:p>
  <w:p>
    <w:pPr>
      <w:tabs>
        <w:tab w:val="clear" w:pos="4680"/>
        <w:tab w:val="clear" w:pos="9360"/>
        <w:tab w:val="right" w:pos="9412"/>
      </w:tabs>
      <w:spacing w:line="312" w:lineRule="auto" w:before="0" w:after="160"/>
      <w:pBdr>
        <w:bottom w:val="single" w:sz="4" w:space="8" w:color="E8E4E0"/>
      </w:pBdr>
    </w:pPr>
    <w:r>
      <w:tab/>
    </w:r>
    <w:r>
      <w:rPr>
        <w:rFonts w:ascii="Montserrat" w:hAnsi="Montserrat" w:cs="Montserrat" w:eastAsia="Montserrat"/>
        <w:b w:val="0"/>
        <w:color w:val="5E6474"/>
        <w:sz w:val="16"/>
      </w:rPr>
      <w:t>Schiekade 189   3013 BR Rotterdam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